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99" w:rsidRPr="00954552" w:rsidRDefault="00DF3A99" w:rsidP="00DF3A99">
      <w:pPr>
        <w:pStyle w:val="Nagwek1"/>
        <w:spacing w:before="0"/>
        <w:rPr>
          <w:b w:val="0"/>
          <w:color w:val="auto"/>
          <w:vertAlign w:val="subscript"/>
          <w:lang w:val="pl-PL"/>
        </w:rPr>
      </w:pPr>
      <w:r w:rsidRPr="00954552">
        <w:rPr>
          <w:b w:val="0"/>
          <w:color w:val="auto"/>
          <w:vertAlign w:val="subscript"/>
          <w:lang w:val="pl-PL"/>
        </w:rPr>
        <w:t xml:space="preserve">                                                                                                                                                                                  ………………………………………………………………………..</w:t>
      </w:r>
    </w:p>
    <w:p w:rsidR="00DF3A99" w:rsidRPr="00954552" w:rsidRDefault="00DF3A99" w:rsidP="00DF3A99">
      <w:pPr>
        <w:jc w:val="center"/>
        <w:rPr>
          <w:rFonts w:asciiTheme="majorHAnsi" w:hAnsiTheme="majorHAnsi" w:cstheme="majorHAnsi"/>
          <w:vertAlign w:val="superscript"/>
          <w:lang w:val="pl-PL"/>
        </w:rPr>
      </w:pPr>
      <w:r w:rsidRPr="00954552">
        <w:rPr>
          <w:rFonts w:asciiTheme="majorHAnsi" w:hAnsiTheme="majorHAnsi" w:cstheme="majorHAnsi"/>
          <w:vertAlign w:val="superscript"/>
          <w:lang w:val="pl-PL"/>
        </w:rPr>
        <w:t xml:space="preserve">                                                                                                                                                                                                                       (miejscowość i data)                                                                                                                                                                                                                </w:t>
      </w:r>
    </w:p>
    <w:p w:rsidR="006846DE" w:rsidRPr="00954552" w:rsidRDefault="003110B6" w:rsidP="00DF3A99">
      <w:pPr>
        <w:pStyle w:val="Nagwek1"/>
        <w:jc w:val="center"/>
        <w:rPr>
          <w:color w:val="auto"/>
          <w:lang w:val="pl-PL"/>
        </w:rPr>
      </w:pPr>
      <w:r w:rsidRPr="00954552">
        <w:rPr>
          <w:color w:val="auto"/>
          <w:lang w:val="pl-PL"/>
        </w:rPr>
        <w:t>KARTA ZGŁOSZENIA DZIECKA DO ŚWIETLICY SZKOLNEJ</w:t>
      </w:r>
    </w:p>
    <w:p w:rsidR="00DF3A99" w:rsidRPr="00954552" w:rsidRDefault="00DF3A99" w:rsidP="00DF3A99">
      <w:pPr>
        <w:jc w:val="center"/>
        <w:rPr>
          <w:rFonts w:asciiTheme="majorHAnsi" w:hAnsiTheme="majorHAnsi" w:cstheme="majorHAnsi"/>
          <w:lang w:val="pl-PL"/>
        </w:rPr>
      </w:pPr>
      <w:r w:rsidRPr="00954552">
        <w:rPr>
          <w:rFonts w:asciiTheme="majorHAnsi" w:hAnsiTheme="majorHAnsi" w:cstheme="majorHAnsi"/>
          <w:lang w:val="pl-PL"/>
        </w:rPr>
        <w:t>W SZKOLE PODSTAWOWEJ IM. ŚW. STANISŁAWA KOSTKI W STRZEGOWIE</w:t>
      </w:r>
    </w:p>
    <w:p w:rsidR="006846DE" w:rsidRPr="005052BE" w:rsidRDefault="003110B6">
      <w:pPr>
        <w:rPr>
          <w:vertAlign w:val="subscript"/>
          <w:lang w:val="pl-PL"/>
        </w:rPr>
      </w:pPr>
      <w:r w:rsidRPr="00954552">
        <w:rPr>
          <w:lang w:val="pl-PL"/>
        </w:rPr>
        <w:t xml:space="preserve">Rok szkolny: </w:t>
      </w:r>
      <w:r w:rsidR="005052BE">
        <w:rPr>
          <w:vertAlign w:val="subscript"/>
          <w:lang w:val="pl-PL"/>
        </w:rPr>
        <w:t>……………………………………………</w:t>
      </w:r>
    </w:p>
    <w:p w:rsidR="006846DE" w:rsidRPr="00954552" w:rsidRDefault="003110B6">
      <w:pPr>
        <w:pStyle w:val="Nagwek2"/>
        <w:rPr>
          <w:color w:val="auto"/>
          <w:lang w:val="pl-PL"/>
        </w:rPr>
      </w:pPr>
      <w:r w:rsidRPr="00954552">
        <w:rPr>
          <w:color w:val="auto"/>
          <w:lang w:val="pl-PL"/>
        </w:rPr>
        <w:t xml:space="preserve">1. Dane </w:t>
      </w:r>
      <w:r w:rsidR="00CF1112" w:rsidRPr="00954552">
        <w:rPr>
          <w:color w:val="auto"/>
          <w:lang w:val="pl-PL"/>
        </w:rPr>
        <w:t xml:space="preserve">osobowe </w:t>
      </w:r>
      <w:r w:rsidRPr="00954552">
        <w:rPr>
          <w:color w:val="auto"/>
          <w:lang w:val="pl-PL"/>
        </w:rPr>
        <w:t>dziecka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Imię i nazwisko:</w:t>
      </w:r>
      <w:r w:rsidRPr="00954552">
        <w:rPr>
          <w:vertAlign w:val="subscript"/>
          <w:lang w:val="pl-PL"/>
        </w:rPr>
        <w:t xml:space="preserve"> ...............................................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</w:t>
      </w:r>
      <w:r w:rsidRPr="00954552">
        <w:rPr>
          <w:vertAlign w:val="subscript"/>
          <w:lang w:val="pl-PL"/>
        </w:rPr>
        <w:t>.............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 xml:space="preserve">Data i miejsce urodzenia: </w:t>
      </w:r>
      <w:r w:rsidRPr="00954552">
        <w:rPr>
          <w:vertAlign w:val="subscript"/>
          <w:lang w:val="pl-PL"/>
        </w:rPr>
        <w:t>...............................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........................................................................................................................</w:t>
      </w:r>
      <w:r w:rsidRPr="00954552">
        <w:rPr>
          <w:vertAlign w:val="subscript"/>
          <w:lang w:val="pl-PL"/>
        </w:rPr>
        <w:t>.....................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 xml:space="preserve">Klasa: </w:t>
      </w:r>
      <w:r w:rsidRPr="00954552">
        <w:rPr>
          <w:vertAlign w:val="subscript"/>
          <w:lang w:val="pl-PL"/>
        </w:rPr>
        <w:t>.........</w:t>
      </w:r>
      <w:r w:rsidR="00DF3A99" w:rsidRPr="00954552">
        <w:rPr>
          <w:vertAlign w:val="subscript"/>
          <w:lang w:val="pl-PL"/>
        </w:rPr>
        <w:t>........................................</w:t>
      </w:r>
      <w:r w:rsidRPr="00954552">
        <w:rPr>
          <w:vertAlign w:val="subscript"/>
          <w:lang w:val="pl-PL"/>
        </w:rPr>
        <w:t>...........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 xml:space="preserve">Adres zamieszkania: </w:t>
      </w:r>
      <w:r w:rsidRPr="00954552">
        <w:rPr>
          <w:vertAlign w:val="subscript"/>
          <w:lang w:val="pl-PL"/>
        </w:rPr>
        <w:t>......................................................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</w:t>
      </w:r>
      <w:r w:rsidRPr="00954552">
        <w:rPr>
          <w:vertAlign w:val="subscript"/>
          <w:lang w:val="pl-PL"/>
        </w:rPr>
        <w:t>......</w:t>
      </w:r>
    </w:p>
    <w:p w:rsidR="006846DE" w:rsidRPr="00954552" w:rsidRDefault="003110B6">
      <w:pPr>
        <w:pStyle w:val="Nagwek2"/>
        <w:rPr>
          <w:color w:val="auto"/>
          <w:lang w:val="pl-PL"/>
        </w:rPr>
      </w:pPr>
      <w:r w:rsidRPr="00954552">
        <w:rPr>
          <w:color w:val="auto"/>
          <w:lang w:val="pl-PL"/>
        </w:rPr>
        <w:t>2. Dane rodziców / opiekunów prawnych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Matka / Opiekunka prawna</w:t>
      </w:r>
    </w:p>
    <w:p w:rsidR="006846DE" w:rsidRPr="00954552" w:rsidRDefault="003110B6">
      <w:pPr>
        <w:rPr>
          <w:vertAlign w:val="subscript"/>
          <w:lang w:val="pl-PL"/>
        </w:rPr>
      </w:pPr>
      <w:r w:rsidRPr="00954552">
        <w:rPr>
          <w:lang w:val="pl-PL"/>
        </w:rPr>
        <w:t xml:space="preserve">Imię i nazwisko: </w:t>
      </w:r>
      <w:r w:rsidRPr="00954552">
        <w:rPr>
          <w:vertAlign w:val="subscript"/>
          <w:lang w:val="pl-PL"/>
        </w:rPr>
        <w:t>...........................................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....................................................................................................</w:t>
      </w:r>
      <w:r w:rsidRPr="00954552">
        <w:rPr>
          <w:vertAlign w:val="subscript"/>
          <w:lang w:val="pl-PL"/>
        </w:rPr>
        <w:t>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Telefon kontaktowy</w:t>
      </w:r>
      <w:r w:rsidR="00DF3A99" w:rsidRPr="00954552">
        <w:rPr>
          <w:lang w:val="pl-PL"/>
        </w:rPr>
        <w:t xml:space="preserve">: 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46DE" w:rsidRPr="00954552" w:rsidRDefault="00DF3A99">
      <w:pPr>
        <w:rPr>
          <w:lang w:val="pl-PL"/>
        </w:rPr>
      </w:pPr>
      <w:r w:rsidRPr="00954552">
        <w:rPr>
          <w:lang w:val="pl-PL"/>
        </w:rPr>
        <w:t xml:space="preserve">Miejsce pracy: </w:t>
      </w:r>
      <w:r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 xml:space="preserve">Godziny pracy: od </w:t>
      </w:r>
      <w:r w:rsidRPr="00954552">
        <w:rPr>
          <w:vertAlign w:val="subscript"/>
          <w:lang w:val="pl-PL"/>
        </w:rPr>
        <w:t>......</w:t>
      </w:r>
      <w:r w:rsidR="00DF3A99" w:rsidRPr="00954552">
        <w:rPr>
          <w:vertAlign w:val="subscript"/>
          <w:lang w:val="pl-PL"/>
        </w:rPr>
        <w:t>.................................</w:t>
      </w:r>
      <w:r w:rsidRPr="00954552">
        <w:rPr>
          <w:vertAlign w:val="subscript"/>
          <w:lang w:val="pl-PL"/>
        </w:rPr>
        <w:t>....</w:t>
      </w:r>
      <w:r w:rsidRPr="00954552">
        <w:rPr>
          <w:lang w:val="pl-PL"/>
        </w:rPr>
        <w:t xml:space="preserve"> do </w:t>
      </w:r>
      <w:r w:rsidR="00DF3A99" w:rsidRPr="00954552">
        <w:rPr>
          <w:vertAlign w:val="subscript"/>
          <w:lang w:val="pl-PL"/>
        </w:rPr>
        <w:t>…………………………………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br/>
        <w:t>Ojciec / Opiekun prawny</w:t>
      </w:r>
    </w:p>
    <w:p w:rsidR="00DF3A99" w:rsidRPr="00954552" w:rsidRDefault="00DF3A99" w:rsidP="00DF3A99">
      <w:pPr>
        <w:rPr>
          <w:vertAlign w:val="subscript"/>
          <w:lang w:val="pl-PL"/>
        </w:rPr>
      </w:pPr>
      <w:r w:rsidRPr="00954552">
        <w:rPr>
          <w:lang w:val="pl-PL"/>
        </w:rPr>
        <w:t xml:space="preserve">Imię i nazwisko: </w:t>
      </w:r>
      <w:r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3A99" w:rsidRPr="00954552" w:rsidRDefault="00DF3A99" w:rsidP="00DF3A99">
      <w:pPr>
        <w:rPr>
          <w:lang w:val="pl-PL"/>
        </w:rPr>
      </w:pPr>
      <w:r w:rsidRPr="00954552">
        <w:rPr>
          <w:lang w:val="pl-PL"/>
        </w:rPr>
        <w:t xml:space="preserve">Telefon kontaktowy: </w:t>
      </w:r>
      <w:r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3A99" w:rsidRPr="00954552" w:rsidRDefault="00DF3A99" w:rsidP="00DF3A99">
      <w:pPr>
        <w:rPr>
          <w:lang w:val="pl-PL"/>
        </w:rPr>
      </w:pPr>
      <w:r w:rsidRPr="00954552">
        <w:rPr>
          <w:lang w:val="pl-PL"/>
        </w:rPr>
        <w:t xml:space="preserve">Miejsce pracy: </w:t>
      </w:r>
      <w:r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F3A99" w:rsidRPr="00954552" w:rsidRDefault="00DF3A99" w:rsidP="00DF3A99">
      <w:pPr>
        <w:rPr>
          <w:lang w:val="pl-PL"/>
        </w:rPr>
      </w:pPr>
      <w:r w:rsidRPr="00954552">
        <w:rPr>
          <w:lang w:val="pl-PL"/>
        </w:rPr>
        <w:t xml:space="preserve">Godziny pracy: od </w:t>
      </w:r>
      <w:r w:rsidRPr="00954552">
        <w:rPr>
          <w:vertAlign w:val="subscript"/>
          <w:lang w:val="pl-PL"/>
        </w:rPr>
        <w:t>...........................................</w:t>
      </w:r>
      <w:r w:rsidRPr="00954552">
        <w:rPr>
          <w:lang w:val="pl-PL"/>
        </w:rPr>
        <w:t xml:space="preserve"> do </w:t>
      </w:r>
      <w:r w:rsidRPr="00954552">
        <w:rPr>
          <w:vertAlign w:val="subscript"/>
          <w:lang w:val="pl-PL"/>
        </w:rPr>
        <w:t>…………………………………</w:t>
      </w:r>
    </w:p>
    <w:p w:rsidR="003110B6" w:rsidRPr="00954552" w:rsidRDefault="003110B6">
      <w:pPr>
        <w:pStyle w:val="Nagwek2"/>
        <w:rPr>
          <w:color w:val="auto"/>
          <w:sz w:val="24"/>
          <w:lang w:val="pl-PL"/>
        </w:rPr>
      </w:pPr>
    </w:p>
    <w:p w:rsidR="006846DE" w:rsidRPr="00954552" w:rsidRDefault="003110B6">
      <w:pPr>
        <w:pStyle w:val="Nagwek2"/>
        <w:rPr>
          <w:color w:val="auto"/>
          <w:sz w:val="24"/>
          <w:lang w:val="pl-PL"/>
        </w:rPr>
      </w:pPr>
      <w:r w:rsidRPr="00954552">
        <w:rPr>
          <w:color w:val="auto"/>
          <w:sz w:val="24"/>
          <w:lang w:val="pl-PL"/>
        </w:rPr>
        <w:t xml:space="preserve">3. Uzasadnienie </w:t>
      </w:r>
      <w:r w:rsidR="00CF1112" w:rsidRPr="00954552">
        <w:rPr>
          <w:color w:val="auto"/>
          <w:sz w:val="24"/>
          <w:lang w:val="pl-PL"/>
        </w:rPr>
        <w:t xml:space="preserve">przyjęcia/ </w:t>
      </w:r>
      <w:r w:rsidRPr="00954552">
        <w:rPr>
          <w:color w:val="auto"/>
          <w:sz w:val="24"/>
          <w:lang w:val="pl-PL"/>
        </w:rPr>
        <w:t xml:space="preserve">korzystania </w:t>
      </w:r>
      <w:r w:rsidR="00CF1112" w:rsidRPr="00954552">
        <w:rPr>
          <w:color w:val="auto"/>
          <w:sz w:val="24"/>
          <w:lang w:val="pl-PL"/>
        </w:rPr>
        <w:t xml:space="preserve">dziecka </w:t>
      </w:r>
      <w:r w:rsidRPr="00954552">
        <w:rPr>
          <w:color w:val="auto"/>
          <w:sz w:val="24"/>
          <w:lang w:val="pl-PL"/>
        </w:rPr>
        <w:t>ze świetlicy szkolnej</w:t>
      </w:r>
      <w:r w:rsidR="00CF1112" w:rsidRPr="00954552">
        <w:rPr>
          <w:color w:val="auto"/>
          <w:sz w:val="24"/>
          <w:lang w:val="pl-PL"/>
        </w:rPr>
        <w:t xml:space="preserve"> – oświadczenie rodziców/ opiekunów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☐ Oboje rodzice pracują zawodowo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☐ Dziecko oczekuje na autobus szkolny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☐ Dziecko oczekuje na dodatkowe zajęcia w szkole</w:t>
      </w:r>
    </w:p>
    <w:p w:rsidR="006846DE" w:rsidRPr="00954552" w:rsidRDefault="003110B6">
      <w:pPr>
        <w:rPr>
          <w:lang w:val="pl-PL"/>
        </w:rPr>
      </w:pPr>
      <w:r w:rsidRPr="00954552">
        <w:rPr>
          <w:lang w:val="pl-PL"/>
        </w:rPr>
        <w:t>☐ Dziecko oczekuje na starsze rodzeństwo kończące lekcje później</w:t>
      </w:r>
    </w:p>
    <w:p w:rsidR="006846DE" w:rsidRPr="00954552" w:rsidRDefault="003110B6">
      <w:pPr>
        <w:rPr>
          <w:vertAlign w:val="subscript"/>
          <w:lang w:val="pl-PL"/>
        </w:rPr>
      </w:pPr>
      <w:r w:rsidRPr="00954552">
        <w:rPr>
          <w:lang w:val="pl-PL"/>
        </w:rPr>
        <w:t xml:space="preserve">☐ Inne ważne powody (uzasadnienie): </w:t>
      </w:r>
      <w:r w:rsidRPr="00954552">
        <w:rPr>
          <w:vertAlign w:val="subscript"/>
          <w:lang w:val="pl-PL"/>
        </w:rPr>
        <w:t>..........................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</w:t>
      </w:r>
      <w:r w:rsidRPr="00954552">
        <w:rPr>
          <w:vertAlign w:val="subscript"/>
          <w:lang w:val="pl-PL"/>
        </w:rPr>
        <w:t>...................</w:t>
      </w:r>
      <w:r w:rsidR="00DF3A99" w:rsidRPr="00954552">
        <w:rPr>
          <w:vertAlign w:val="subscript"/>
          <w:lang w:val="pl-PL"/>
        </w:rPr>
        <w:t>...................................................................................................</w:t>
      </w:r>
      <w:r w:rsidRPr="00954552">
        <w:rPr>
          <w:vertAlign w:val="subscript"/>
          <w:lang w:val="pl-PL"/>
        </w:rPr>
        <w:t>.......</w:t>
      </w:r>
    </w:p>
    <w:p w:rsidR="008026DF" w:rsidRPr="00954552" w:rsidRDefault="008026DF">
      <w:pPr>
        <w:rPr>
          <w:lang w:val="pl-PL"/>
        </w:rPr>
      </w:pPr>
    </w:p>
    <w:p w:rsidR="006846DE" w:rsidRPr="00954552" w:rsidRDefault="003110B6">
      <w:pPr>
        <w:pStyle w:val="Nagwek2"/>
        <w:rPr>
          <w:color w:val="auto"/>
          <w:lang w:val="pl-PL"/>
        </w:rPr>
      </w:pPr>
      <w:r w:rsidRPr="00954552">
        <w:rPr>
          <w:color w:val="auto"/>
          <w:lang w:val="pl-PL"/>
        </w:rPr>
        <w:lastRenderedPageBreak/>
        <w:t>4. Plan pobytu dziecka w świetlicy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60"/>
        <w:gridCol w:w="2160"/>
        <w:gridCol w:w="2160"/>
        <w:gridCol w:w="4401"/>
      </w:tblGrid>
      <w:tr w:rsidR="006846DE" w:rsidRPr="00954552" w:rsidTr="008026DF">
        <w:trPr>
          <w:trHeight w:val="283"/>
        </w:trPr>
        <w:tc>
          <w:tcPr>
            <w:tcW w:w="2160" w:type="dxa"/>
          </w:tcPr>
          <w:p w:rsidR="008026DF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Dzień tygodnia</w:t>
            </w:r>
          </w:p>
        </w:tc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Od godziny</w:t>
            </w:r>
          </w:p>
        </w:tc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Do godziny</w:t>
            </w:r>
          </w:p>
        </w:tc>
        <w:tc>
          <w:tcPr>
            <w:tcW w:w="4401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Uwagi</w:t>
            </w:r>
          </w:p>
        </w:tc>
      </w:tr>
      <w:tr w:rsidR="006846DE" w:rsidRPr="00954552" w:rsidTr="008026DF">
        <w:trPr>
          <w:trHeight w:val="283"/>
        </w:trPr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Poniedziałek</w:t>
            </w: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4401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</w:tr>
      <w:tr w:rsidR="006846DE" w:rsidRPr="00954552" w:rsidTr="008026DF">
        <w:trPr>
          <w:trHeight w:val="283"/>
        </w:trPr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Wtorek</w:t>
            </w: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4401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</w:tr>
      <w:tr w:rsidR="006846DE" w:rsidRPr="00954552" w:rsidTr="008026DF">
        <w:trPr>
          <w:trHeight w:val="283"/>
        </w:trPr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Środa</w:t>
            </w: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4401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</w:tr>
      <w:tr w:rsidR="006846DE" w:rsidRPr="00954552" w:rsidTr="008026DF">
        <w:trPr>
          <w:trHeight w:val="283"/>
        </w:trPr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Czwartek</w:t>
            </w: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4401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</w:tr>
      <w:tr w:rsidR="006846DE" w:rsidRPr="00954552" w:rsidTr="008026DF">
        <w:trPr>
          <w:trHeight w:val="283"/>
        </w:trPr>
        <w:tc>
          <w:tcPr>
            <w:tcW w:w="2160" w:type="dxa"/>
          </w:tcPr>
          <w:p w:rsidR="006846DE" w:rsidRPr="00954552" w:rsidRDefault="003110B6">
            <w:pPr>
              <w:rPr>
                <w:lang w:val="pl-PL"/>
              </w:rPr>
            </w:pPr>
            <w:r w:rsidRPr="00954552">
              <w:rPr>
                <w:lang w:val="pl-PL"/>
              </w:rPr>
              <w:t>Piątek</w:t>
            </w: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2160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  <w:tc>
          <w:tcPr>
            <w:tcW w:w="4401" w:type="dxa"/>
          </w:tcPr>
          <w:p w:rsidR="006846DE" w:rsidRPr="00954552" w:rsidRDefault="006846DE">
            <w:pPr>
              <w:rPr>
                <w:lang w:val="pl-PL"/>
              </w:rPr>
            </w:pPr>
          </w:p>
        </w:tc>
      </w:tr>
    </w:tbl>
    <w:p w:rsidR="003110B6" w:rsidRPr="00954552" w:rsidRDefault="003110B6" w:rsidP="003110B6">
      <w:pPr>
        <w:pStyle w:val="Nagwek2"/>
        <w:spacing w:before="0"/>
        <w:rPr>
          <w:color w:val="auto"/>
          <w:sz w:val="20"/>
          <w:lang w:val="pl-PL"/>
        </w:rPr>
      </w:pPr>
    </w:p>
    <w:p w:rsidR="006846DE" w:rsidRPr="00954552" w:rsidRDefault="00FD1674" w:rsidP="003110B6">
      <w:pPr>
        <w:pStyle w:val="Nagwek2"/>
        <w:spacing w:before="0"/>
        <w:rPr>
          <w:color w:val="auto"/>
          <w:lang w:val="pl-PL"/>
        </w:rPr>
      </w:pPr>
      <w:r w:rsidRPr="00954552">
        <w:rPr>
          <w:color w:val="auto"/>
          <w:lang w:val="pl-PL"/>
        </w:rPr>
        <w:t>5</w:t>
      </w:r>
      <w:r w:rsidR="003110B6" w:rsidRPr="00954552">
        <w:rPr>
          <w:color w:val="auto"/>
          <w:lang w:val="pl-PL"/>
        </w:rPr>
        <w:t xml:space="preserve">. </w:t>
      </w:r>
      <w:r w:rsidR="00642AB3" w:rsidRPr="00954552">
        <w:rPr>
          <w:color w:val="auto"/>
          <w:lang w:val="pl-PL"/>
        </w:rPr>
        <w:t xml:space="preserve">Upoważnienia </w:t>
      </w:r>
      <w:r w:rsidR="003110B6" w:rsidRPr="00954552">
        <w:rPr>
          <w:color w:val="auto"/>
          <w:lang w:val="pl-PL"/>
        </w:rPr>
        <w:t>i zgody</w:t>
      </w:r>
    </w:p>
    <w:p w:rsidR="00C263E1" w:rsidRPr="00954552" w:rsidRDefault="00C263E1" w:rsidP="00C263E1">
      <w:pPr>
        <w:rPr>
          <w:vertAlign w:val="subscript"/>
          <w:lang w:val="pl-PL"/>
        </w:rPr>
      </w:pPr>
      <w:r w:rsidRPr="00954552">
        <w:rPr>
          <w:lang w:val="pl-PL"/>
        </w:rPr>
        <w:t>1. Upoważniam do odbioru mojego dziecka następujące pełnoletnie osoby i równocześnie oświadczam, że biorę pełną odpowiedzialność w związku z upoważnieniem wymienionych osób</w:t>
      </w:r>
    </w:p>
    <w:tbl>
      <w:tblPr>
        <w:tblStyle w:val="Tabela-Siatka"/>
        <w:tblW w:w="0" w:type="auto"/>
        <w:tblLook w:val="04A0"/>
      </w:tblPr>
      <w:tblGrid>
        <w:gridCol w:w="3652"/>
        <w:gridCol w:w="3686"/>
        <w:gridCol w:w="3602"/>
      </w:tblGrid>
      <w:tr w:rsidR="004D28BD" w:rsidRPr="00954552" w:rsidTr="004D28BD">
        <w:tc>
          <w:tcPr>
            <w:tcW w:w="3652" w:type="dxa"/>
          </w:tcPr>
          <w:p w:rsidR="004D28BD" w:rsidRPr="00954552" w:rsidRDefault="004D28BD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>Nazwisko i imię</w:t>
            </w:r>
          </w:p>
          <w:p w:rsidR="004D28BD" w:rsidRPr="00954552" w:rsidRDefault="004D28BD" w:rsidP="00B12AE7">
            <w:pPr>
              <w:rPr>
                <w:lang w:val="pl-PL"/>
              </w:rPr>
            </w:pPr>
          </w:p>
        </w:tc>
        <w:tc>
          <w:tcPr>
            <w:tcW w:w="3686" w:type="dxa"/>
          </w:tcPr>
          <w:p w:rsidR="004D28BD" w:rsidRPr="00954552" w:rsidRDefault="004D28BD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 xml:space="preserve"> Seria i numer dowodu</w:t>
            </w:r>
          </w:p>
        </w:tc>
        <w:tc>
          <w:tcPr>
            <w:tcW w:w="3602" w:type="dxa"/>
          </w:tcPr>
          <w:p w:rsidR="004D28BD" w:rsidRPr="00954552" w:rsidRDefault="004D28BD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>Telefon</w:t>
            </w:r>
          </w:p>
        </w:tc>
      </w:tr>
      <w:tr w:rsidR="004D28BD" w:rsidRPr="00954552" w:rsidTr="004D28BD">
        <w:tc>
          <w:tcPr>
            <w:tcW w:w="365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86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0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</w:tr>
      <w:tr w:rsidR="004D28BD" w:rsidRPr="00954552" w:rsidTr="004D28BD">
        <w:tc>
          <w:tcPr>
            <w:tcW w:w="365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86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0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</w:tr>
      <w:tr w:rsidR="004D28BD" w:rsidRPr="00954552" w:rsidTr="004D28BD">
        <w:tc>
          <w:tcPr>
            <w:tcW w:w="365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86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0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</w:tr>
      <w:tr w:rsidR="004D28BD" w:rsidRPr="00954552" w:rsidTr="004D28BD">
        <w:tc>
          <w:tcPr>
            <w:tcW w:w="365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86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0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</w:tr>
      <w:tr w:rsidR="004D28BD" w:rsidRPr="00954552" w:rsidTr="004D28BD">
        <w:tc>
          <w:tcPr>
            <w:tcW w:w="365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86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  <w:tc>
          <w:tcPr>
            <w:tcW w:w="3602" w:type="dxa"/>
          </w:tcPr>
          <w:p w:rsidR="004D28BD" w:rsidRPr="00954552" w:rsidRDefault="004D28BD" w:rsidP="00B12AE7">
            <w:pPr>
              <w:rPr>
                <w:sz w:val="36"/>
                <w:lang w:val="pl-PL"/>
              </w:rPr>
            </w:pPr>
          </w:p>
        </w:tc>
      </w:tr>
    </w:tbl>
    <w:p w:rsidR="00FD1674" w:rsidRPr="00954552" w:rsidRDefault="00FD1674" w:rsidP="00C263E1">
      <w:pPr>
        <w:spacing w:after="0"/>
        <w:rPr>
          <w:lang w:val="pl-PL"/>
        </w:rPr>
      </w:pPr>
    </w:p>
    <w:p w:rsidR="00FD1674" w:rsidRPr="00954552" w:rsidRDefault="00642AB3" w:rsidP="00C263E1">
      <w:pPr>
        <w:spacing w:after="0"/>
        <w:rPr>
          <w:lang w:val="pl-PL"/>
        </w:rPr>
      </w:pPr>
      <w:r w:rsidRPr="00954552">
        <w:rPr>
          <w:lang w:val="pl-PL"/>
        </w:rPr>
        <w:t xml:space="preserve">2. </w:t>
      </w:r>
      <w:r w:rsidR="00FD1674" w:rsidRPr="00954552">
        <w:rPr>
          <w:lang w:val="pl-PL"/>
        </w:rPr>
        <w:t>Wyrażam zgodę na wyjście dziecka ze świetlicy z niepełnoletnim rodzeństwem, które ukończyło 10 lat: (</w:t>
      </w:r>
      <w:r w:rsidR="00FD1674" w:rsidRPr="00954552">
        <w:rPr>
          <w:sz w:val="20"/>
          <w:lang w:val="pl-PL"/>
        </w:rPr>
        <w:t>imię i nazwisko</w:t>
      </w:r>
      <w:r w:rsidR="00FD1674" w:rsidRPr="00954552">
        <w:rPr>
          <w:lang w:val="pl-PL"/>
        </w:rPr>
        <w:t xml:space="preserve">, data urodzenia/ </w:t>
      </w:r>
    </w:p>
    <w:p w:rsidR="00FD1674" w:rsidRPr="00954552" w:rsidRDefault="00642AB3" w:rsidP="00C263E1">
      <w:pPr>
        <w:spacing w:after="0"/>
        <w:rPr>
          <w:lang w:val="pl-PL"/>
        </w:rPr>
      </w:pPr>
      <w:r w:rsidRPr="00954552">
        <w:rPr>
          <w:lang w:val="pl-PL"/>
        </w:rPr>
        <w:t>a)</w:t>
      </w:r>
      <w:r w:rsidR="00FD1674" w:rsidRPr="00954552">
        <w:rPr>
          <w:vertAlign w:val="subscript"/>
          <w:lang w:val="pl-PL"/>
        </w:rPr>
        <w:t>……………………………………………………………………………………………………….………………………………………………………………………..</w:t>
      </w:r>
    </w:p>
    <w:p w:rsidR="00FD1674" w:rsidRPr="00954552" w:rsidRDefault="00FD1674" w:rsidP="00C263E1">
      <w:pPr>
        <w:spacing w:after="0"/>
        <w:rPr>
          <w:vertAlign w:val="subscript"/>
          <w:lang w:val="pl-PL"/>
        </w:rPr>
      </w:pPr>
    </w:p>
    <w:p w:rsidR="00C263E1" w:rsidRPr="00954552" w:rsidRDefault="00642AB3" w:rsidP="00C263E1">
      <w:pPr>
        <w:spacing w:after="0"/>
        <w:rPr>
          <w:vertAlign w:val="subscript"/>
          <w:lang w:val="pl-PL"/>
        </w:rPr>
      </w:pPr>
      <w:r w:rsidRPr="00954552">
        <w:rPr>
          <w:lang w:val="pl-PL"/>
        </w:rPr>
        <w:t xml:space="preserve"> b)</w:t>
      </w:r>
      <w:r w:rsidR="00FD1674" w:rsidRPr="00954552">
        <w:rPr>
          <w:vertAlign w:val="subscript"/>
          <w:lang w:val="pl-PL"/>
        </w:rPr>
        <w:t xml:space="preserve">……………………………………………………………………………………………………………………………………………….………………………….……. </w:t>
      </w:r>
    </w:p>
    <w:p w:rsidR="00642AB3" w:rsidRPr="00954552" w:rsidRDefault="00642AB3" w:rsidP="00C263E1">
      <w:pPr>
        <w:spacing w:after="0"/>
        <w:rPr>
          <w:lang w:val="pl-PL"/>
        </w:rPr>
      </w:pPr>
    </w:p>
    <w:p w:rsidR="00642AB3" w:rsidRPr="00954552" w:rsidRDefault="00642AB3" w:rsidP="00C263E1">
      <w:pPr>
        <w:spacing w:after="0"/>
        <w:rPr>
          <w:lang w:val="pl-PL"/>
        </w:rPr>
      </w:pPr>
      <w:r w:rsidRPr="00954552">
        <w:rPr>
          <w:lang w:val="pl-PL"/>
        </w:rPr>
        <w:t xml:space="preserve"> </w:t>
      </w:r>
      <w:r w:rsidR="008026DF" w:rsidRPr="00954552">
        <w:rPr>
          <w:lang w:val="pl-PL"/>
        </w:rPr>
        <w:t xml:space="preserve">3. </w:t>
      </w:r>
      <w:r w:rsidRPr="00954552">
        <w:rPr>
          <w:lang w:val="pl-PL"/>
        </w:rPr>
        <w:t xml:space="preserve">Jeżeli dziecko będzie samo opuszczało świetlicę szkolną należy wypełnić poniższe oświadczenie. </w:t>
      </w:r>
    </w:p>
    <w:p w:rsidR="003110B6" w:rsidRPr="00954552" w:rsidRDefault="003110B6" w:rsidP="00C263E1">
      <w:pPr>
        <w:spacing w:after="0"/>
        <w:rPr>
          <w:lang w:val="pl-PL"/>
        </w:rPr>
      </w:pPr>
    </w:p>
    <w:p w:rsidR="00642AB3" w:rsidRPr="00954552" w:rsidRDefault="00642AB3" w:rsidP="00C263E1">
      <w:pPr>
        <w:spacing w:after="0"/>
        <w:rPr>
          <w:lang w:val="pl-PL"/>
        </w:rPr>
      </w:pPr>
      <w:r w:rsidRPr="00954552">
        <w:rPr>
          <w:lang w:val="pl-PL"/>
        </w:rPr>
        <w:t>Wyrażam zgodę na samodzielny powrót dziecka do domu ze świetlicy (jeżeli ukończyło 7 lat) i biorę pełną odpowiedzialność za bezpieczeństwo podczas jego powrotu do domu. Prosimy określić dzień i godzinę samodzielnego wyjścia:</w:t>
      </w:r>
    </w:p>
    <w:p w:rsidR="004D28BD" w:rsidRPr="00954552" w:rsidRDefault="004D28BD" w:rsidP="00C263E1">
      <w:pPr>
        <w:spacing w:after="0"/>
        <w:rPr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1"/>
        <w:gridCol w:w="1899"/>
        <w:gridCol w:w="1899"/>
        <w:gridCol w:w="1739"/>
        <w:gridCol w:w="1739"/>
        <w:gridCol w:w="1739"/>
      </w:tblGrid>
      <w:tr w:rsidR="003110B6" w:rsidRPr="00954552" w:rsidTr="003110B6">
        <w:trPr>
          <w:trHeight w:val="283"/>
        </w:trPr>
        <w:tc>
          <w:tcPr>
            <w:tcW w:w="2001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>Dzień tygodnia</w:t>
            </w:r>
          </w:p>
        </w:tc>
        <w:tc>
          <w:tcPr>
            <w:tcW w:w="1899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>Poniedziałek</w:t>
            </w:r>
          </w:p>
        </w:tc>
        <w:tc>
          <w:tcPr>
            <w:tcW w:w="1899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>Wtorek</w:t>
            </w:r>
          </w:p>
        </w:tc>
        <w:tc>
          <w:tcPr>
            <w:tcW w:w="1739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>Środa</w:t>
            </w:r>
          </w:p>
        </w:tc>
        <w:tc>
          <w:tcPr>
            <w:tcW w:w="1739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 xml:space="preserve">Czwartek </w:t>
            </w:r>
          </w:p>
        </w:tc>
        <w:tc>
          <w:tcPr>
            <w:tcW w:w="1739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 xml:space="preserve">Piątek </w:t>
            </w:r>
          </w:p>
        </w:tc>
      </w:tr>
      <w:tr w:rsidR="003110B6" w:rsidRPr="00954552" w:rsidTr="003110B6">
        <w:trPr>
          <w:trHeight w:val="283"/>
        </w:trPr>
        <w:tc>
          <w:tcPr>
            <w:tcW w:w="2001" w:type="dxa"/>
          </w:tcPr>
          <w:p w:rsidR="003110B6" w:rsidRPr="00954552" w:rsidRDefault="003110B6" w:rsidP="00B12AE7">
            <w:pPr>
              <w:rPr>
                <w:lang w:val="pl-PL"/>
              </w:rPr>
            </w:pPr>
            <w:r w:rsidRPr="00954552">
              <w:rPr>
                <w:lang w:val="pl-PL"/>
              </w:rPr>
              <w:t xml:space="preserve">Godzina </w:t>
            </w:r>
          </w:p>
        </w:tc>
        <w:tc>
          <w:tcPr>
            <w:tcW w:w="1899" w:type="dxa"/>
          </w:tcPr>
          <w:p w:rsidR="003110B6" w:rsidRPr="00954552" w:rsidRDefault="003110B6" w:rsidP="00B12AE7">
            <w:pPr>
              <w:rPr>
                <w:lang w:val="pl-PL"/>
              </w:rPr>
            </w:pPr>
          </w:p>
        </w:tc>
        <w:tc>
          <w:tcPr>
            <w:tcW w:w="1899" w:type="dxa"/>
          </w:tcPr>
          <w:p w:rsidR="003110B6" w:rsidRPr="00954552" w:rsidRDefault="003110B6" w:rsidP="00B12AE7">
            <w:pPr>
              <w:rPr>
                <w:lang w:val="pl-PL"/>
              </w:rPr>
            </w:pPr>
          </w:p>
        </w:tc>
        <w:tc>
          <w:tcPr>
            <w:tcW w:w="1739" w:type="dxa"/>
          </w:tcPr>
          <w:p w:rsidR="003110B6" w:rsidRPr="00954552" w:rsidRDefault="003110B6" w:rsidP="00B12AE7">
            <w:pPr>
              <w:rPr>
                <w:lang w:val="pl-PL"/>
              </w:rPr>
            </w:pPr>
          </w:p>
        </w:tc>
        <w:tc>
          <w:tcPr>
            <w:tcW w:w="1739" w:type="dxa"/>
          </w:tcPr>
          <w:p w:rsidR="003110B6" w:rsidRPr="00954552" w:rsidRDefault="003110B6" w:rsidP="00B12AE7">
            <w:pPr>
              <w:rPr>
                <w:lang w:val="pl-PL"/>
              </w:rPr>
            </w:pPr>
          </w:p>
        </w:tc>
        <w:tc>
          <w:tcPr>
            <w:tcW w:w="1739" w:type="dxa"/>
          </w:tcPr>
          <w:p w:rsidR="003110B6" w:rsidRPr="00954552" w:rsidRDefault="003110B6" w:rsidP="00B12AE7">
            <w:pPr>
              <w:rPr>
                <w:lang w:val="pl-PL"/>
              </w:rPr>
            </w:pPr>
          </w:p>
        </w:tc>
      </w:tr>
    </w:tbl>
    <w:p w:rsidR="00642AB3" w:rsidRPr="00954552" w:rsidRDefault="00642AB3" w:rsidP="00642AB3">
      <w:pPr>
        <w:spacing w:after="0"/>
        <w:jc w:val="right"/>
        <w:rPr>
          <w:lang w:val="pl-PL"/>
        </w:rPr>
      </w:pPr>
    </w:p>
    <w:p w:rsidR="00C263E1" w:rsidRPr="00954552" w:rsidRDefault="00C263E1" w:rsidP="00642AB3">
      <w:pPr>
        <w:spacing w:after="0"/>
        <w:jc w:val="right"/>
        <w:rPr>
          <w:vertAlign w:val="subscript"/>
          <w:lang w:val="pl-PL"/>
        </w:rPr>
      </w:pPr>
      <w:r w:rsidRPr="00954552">
        <w:rPr>
          <w:vertAlign w:val="subscript"/>
          <w:lang w:val="pl-PL"/>
        </w:rPr>
        <w:t xml:space="preserve">……………………………………………………………………..…………………………………….…..                                                                               </w:t>
      </w:r>
    </w:p>
    <w:p w:rsidR="00C263E1" w:rsidRPr="00954552" w:rsidRDefault="00C263E1" w:rsidP="00642AB3">
      <w:pPr>
        <w:spacing w:after="0"/>
        <w:jc w:val="right"/>
        <w:rPr>
          <w:lang w:val="pl-PL"/>
        </w:rPr>
      </w:pPr>
      <w:r w:rsidRPr="00954552">
        <w:rPr>
          <w:vertAlign w:val="superscript"/>
          <w:lang w:val="pl-PL"/>
        </w:rPr>
        <w:t xml:space="preserve">                data i podpis rodziców/opiekunów prawnych                                                                                                                                             </w:t>
      </w:r>
    </w:p>
    <w:p w:rsidR="00FD1674" w:rsidRPr="00954552" w:rsidRDefault="00FD1674" w:rsidP="00FD1674">
      <w:pPr>
        <w:rPr>
          <w:vertAlign w:val="subscript"/>
          <w:lang w:val="pl-PL"/>
        </w:rPr>
      </w:pPr>
      <w:r w:rsidRPr="00954552">
        <w:rPr>
          <w:lang w:val="pl-PL"/>
        </w:rPr>
        <w:t xml:space="preserve">Informacje zdrowotne (alergie, choroby, leki, zalecenia): </w:t>
      </w:r>
      <w:r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</w:t>
      </w:r>
    </w:p>
    <w:p w:rsidR="00642AB3" w:rsidRPr="00954552" w:rsidRDefault="00FD1674" w:rsidP="00FD1674">
      <w:pPr>
        <w:rPr>
          <w:vertAlign w:val="subscript"/>
          <w:lang w:val="pl-PL"/>
        </w:rPr>
      </w:pPr>
      <w:r w:rsidRPr="00954552">
        <w:rPr>
          <w:vertAlign w:val="subscript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42AB3" w:rsidRPr="00954552" w:rsidRDefault="00642AB3" w:rsidP="00FD1674">
      <w:pPr>
        <w:rPr>
          <w:rFonts w:asciiTheme="majorHAnsi" w:hAnsiTheme="majorHAnsi" w:cstheme="majorHAnsi"/>
          <w:b/>
          <w:sz w:val="26"/>
          <w:szCs w:val="26"/>
          <w:lang w:val="pl-PL"/>
        </w:rPr>
      </w:pPr>
      <w:r w:rsidRPr="00954552">
        <w:rPr>
          <w:rFonts w:asciiTheme="majorHAnsi" w:hAnsiTheme="majorHAnsi" w:cstheme="majorHAnsi"/>
          <w:b/>
          <w:sz w:val="26"/>
          <w:szCs w:val="26"/>
          <w:lang w:val="pl-PL"/>
        </w:rPr>
        <w:lastRenderedPageBreak/>
        <w:t xml:space="preserve">6. </w:t>
      </w:r>
      <w:r w:rsidR="004D28BD" w:rsidRPr="00954552">
        <w:rPr>
          <w:rFonts w:asciiTheme="majorHAnsi" w:hAnsiTheme="majorHAnsi" w:cstheme="majorHAnsi"/>
          <w:b/>
          <w:sz w:val="26"/>
          <w:szCs w:val="26"/>
          <w:lang w:val="pl-PL"/>
        </w:rPr>
        <w:t>Informacje dodatkowe</w:t>
      </w:r>
    </w:p>
    <w:p w:rsidR="004D28BD" w:rsidRPr="00954552" w:rsidRDefault="004D28BD" w:rsidP="00FD1674">
      <w:pPr>
        <w:rPr>
          <w:lang w:val="pl-PL"/>
        </w:rPr>
      </w:pPr>
      <w:r w:rsidRPr="00954552">
        <w:rPr>
          <w:lang w:val="pl-PL"/>
        </w:rPr>
        <w:t>1. Przyjmuję do wiadomości, że świ</w:t>
      </w:r>
      <w:r w:rsidR="009402AE" w:rsidRPr="00954552">
        <w:rPr>
          <w:lang w:val="pl-PL"/>
        </w:rPr>
        <w:t>etlica czynna jest w godzinach 7.00-15.3</w:t>
      </w:r>
      <w:r w:rsidRPr="00954552">
        <w:rPr>
          <w:lang w:val="pl-PL"/>
        </w:rPr>
        <w:t xml:space="preserve">0 </w:t>
      </w:r>
    </w:p>
    <w:p w:rsidR="004D28BD" w:rsidRPr="00954552" w:rsidRDefault="004D28BD" w:rsidP="00FD1674">
      <w:pPr>
        <w:rPr>
          <w:rFonts w:asciiTheme="majorHAnsi" w:hAnsiTheme="majorHAnsi" w:cstheme="majorHAnsi"/>
          <w:b/>
          <w:sz w:val="26"/>
          <w:szCs w:val="26"/>
          <w:vertAlign w:val="subscript"/>
          <w:lang w:val="pl-PL"/>
        </w:rPr>
      </w:pPr>
      <w:r w:rsidRPr="00954552">
        <w:rPr>
          <w:rFonts w:asciiTheme="majorHAnsi" w:hAnsiTheme="majorHAnsi" w:cstheme="majorHAnsi"/>
          <w:b/>
          <w:sz w:val="26"/>
          <w:szCs w:val="26"/>
          <w:lang w:val="pl-PL"/>
        </w:rPr>
        <w:t>7. Oświadczenia</w:t>
      </w:r>
    </w:p>
    <w:p w:rsidR="006846DE" w:rsidRPr="00954552" w:rsidRDefault="00642AB3" w:rsidP="00FD1674">
      <w:pPr>
        <w:rPr>
          <w:lang w:val="pl-PL"/>
        </w:rPr>
      </w:pPr>
      <w:r w:rsidRPr="00954552">
        <w:rPr>
          <w:lang w:val="pl-PL"/>
        </w:rPr>
        <w:t xml:space="preserve">1. </w:t>
      </w:r>
      <w:r w:rsidR="003110B6" w:rsidRPr="00954552">
        <w:rPr>
          <w:lang w:val="pl-PL"/>
        </w:rPr>
        <w:t>Oświadczam, że podałem/</w:t>
      </w:r>
      <w:proofErr w:type="spellStart"/>
      <w:r w:rsidR="003110B6" w:rsidRPr="00954552">
        <w:rPr>
          <w:lang w:val="pl-PL"/>
        </w:rPr>
        <w:t>am</w:t>
      </w:r>
      <w:proofErr w:type="spellEnd"/>
      <w:r w:rsidR="003110B6" w:rsidRPr="00954552">
        <w:rPr>
          <w:lang w:val="pl-PL"/>
        </w:rPr>
        <w:t xml:space="preserve"> prawdziwe dane dotyczące zatrudnienia i sytuacji rodzinnej.</w:t>
      </w:r>
    </w:p>
    <w:p w:rsidR="006846DE" w:rsidRPr="00954552" w:rsidRDefault="00642AB3">
      <w:pPr>
        <w:rPr>
          <w:lang w:val="pl-PL"/>
        </w:rPr>
      </w:pPr>
      <w:r w:rsidRPr="00954552">
        <w:rPr>
          <w:lang w:val="pl-PL"/>
        </w:rPr>
        <w:t>2</w:t>
      </w:r>
      <w:r w:rsidR="003110B6" w:rsidRPr="00954552">
        <w:rPr>
          <w:lang w:val="pl-PL"/>
        </w:rPr>
        <w:t>. Przyjmuję do wiadomości, że świetlica przeznaczona jest przede wszystkim dla dzieci rodziców pracujących oraz dzieci oczekujących na autobus, zajęcia dodatkowe lub rodzeństwo.</w:t>
      </w:r>
    </w:p>
    <w:p w:rsidR="006846DE" w:rsidRPr="00954552" w:rsidRDefault="00642AB3">
      <w:pPr>
        <w:rPr>
          <w:lang w:val="pl-PL"/>
        </w:rPr>
      </w:pPr>
      <w:r w:rsidRPr="00954552">
        <w:rPr>
          <w:lang w:val="pl-PL"/>
        </w:rPr>
        <w:t>3</w:t>
      </w:r>
      <w:r w:rsidR="003110B6" w:rsidRPr="00954552">
        <w:rPr>
          <w:lang w:val="pl-PL"/>
        </w:rPr>
        <w:t xml:space="preserve">. Zobowiązuję się do punktualnego odbioru dziecka </w:t>
      </w:r>
      <w:r w:rsidR="00CD7DDF" w:rsidRPr="00954552">
        <w:rPr>
          <w:lang w:val="pl-PL"/>
        </w:rPr>
        <w:t>zgodnie z deklaracją</w:t>
      </w:r>
      <w:r w:rsidR="009402AE" w:rsidRPr="00954552">
        <w:rPr>
          <w:lang w:val="pl-PL"/>
        </w:rPr>
        <w:t xml:space="preserve">, a w wyjątkowych sytuacjach nie później niż do godz. 15.30 </w:t>
      </w:r>
      <w:r w:rsidR="00CD7DDF" w:rsidRPr="00954552">
        <w:rPr>
          <w:lang w:val="pl-PL"/>
        </w:rPr>
        <w:t xml:space="preserve"> </w:t>
      </w:r>
      <w:r w:rsidR="003110B6" w:rsidRPr="00954552">
        <w:rPr>
          <w:lang w:val="pl-PL"/>
        </w:rPr>
        <w:t>oraz przestrzegania regulaminu świetlicy.</w:t>
      </w:r>
    </w:p>
    <w:p w:rsidR="009402AE" w:rsidRPr="00954552" w:rsidRDefault="009402AE">
      <w:pPr>
        <w:rPr>
          <w:lang w:val="pl-PL"/>
        </w:rPr>
      </w:pPr>
      <w:r w:rsidRPr="00954552">
        <w:rPr>
          <w:lang w:val="pl-PL"/>
        </w:rPr>
        <w:t>4. Zobowiązuję się do niezwłocznego zgłaszania wszelkich zmian w danych dotyczących dziecka oraz rodziców/opiekunów prawnych</w:t>
      </w:r>
    </w:p>
    <w:p w:rsidR="006846DE" w:rsidRPr="00954552" w:rsidRDefault="009402AE">
      <w:pPr>
        <w:rPr>
          <w:lang w:val="pl-PL"/>
        </w:rPr>
      </w:pPr>
      <w:r w:rsidRPr="00954552">
        <w:rPr>
          <w:lang w:val="pl-PL"/>
        </w:rPr>
        <w:t>5</w:t>
      </w:r>
      <w:r w:rsidR="003110B6" w:rsidRPr="00954552">
        <w:rPr>
          <w:lang w:val="pl-PL"/>
        </w:rPr>
        <w:t>. Wyrażam zgodę na przetwarzanie danych osobowych</w:t>
      </w:r>
      <w:r w:rsidR="00CB35AB" w:rsidRPr="00954552">
        <w:rPr>
          <w:lang w:val="pl-PL"/>
        </w:rPr>
        <w:t xml:space="preserve"> </w:t>
      </w:r>
      <w:r w:rsidR="003110B6" w:rsidRPr="00954552">
        <w:rPr>
          <w:lang w:val="pl-PL"/>
        </w:rPr>
        <w:t>mojego dziecka zgodnie z RODO w celach organizacyjnych świetlicy.</w:t>
      </w:r>
    </w:p>
    <w:p w:rsidR="008C7F65" w:rsidRPr="00954552" w:rsidRDefault="009402AE" w:rsidP="00CD7DDF">
      <w:pPr>
        <w:spacing w:after="0"/>
        <w:rPr>
          <w:lang w:val="pl-PL"/>
        </w:rPr>
      </w:pPr>
      <w:r w:rsidRPr="00954552">
        <w:rPr>
          <w:lang w:val="pl-PL"/>
        </w:rPr>
        <w:t>6</w:t>
      </w:r>
      <w:r w:rsidR="00C263E1" w:rsidRPr="00954552">
        <w:rPr>
          <w:lang w:val="pl-PL"/>
        </w:rPr>
        <w:t xml:space="preserve">. </w:t>
      </w:r>
      <w:r w:rsidR="00CD7DDF" w:rsidRPr="00954552">
        <w:rPr>
          <w:lang w:val="pl-PL"/>
        </w:rPr>
        <w:t xml:space="preserve">Wyrażam zgodę na publikację wizerunku mojego dziecka utrwalonego na zdjęciach wykonanych w czasie zajęć i uroczystości organizowanych w świetlicy, na stronie internetowej szkoły, </w:t>
      </w:r>
      <w:proofErr w:type="spellStart"/>
      <w:r w:rsidR="00CD7DDF" w:rsidRPr="00954552">
        <w:rPr>
          <w:lang w:val="pl-PL"/>
        </w:rPr>
        <w:t>Facebooku</w:t>
      </w:r>
      <w:proofErr w:type="spellEnd"/>
      <w:r w:rsidR="00CD7DDF" w:rsidRPr="00954552">
        <w:rPr>
          <w:lang w:val="pl-PL"/>
        </w:rPr>
        <w:t xml:space="preserve"> szkoły lub gazetki szkolnej </w:t>
      </w:r>
    </w:p>
    <w:p w:rsidR="008C7F65" w:rsidRPr="00954552" w:rsidRDefault="00CD7DDF" w:rsidP="00CD7DDF">
      <w:pPr>
        <w:spacing w:after="0"/>
        <w:rPr>
          <w:lang w:val="pl-PL"/>
        </w:rPr>
      </w:pPr>
      <w:r w:rsidRPr="00954552">
        <w:rPr>
          <w:lang w:val="pl-PL"/>
        </w:rPr>
        <w:t xml:space="preserve">w związku z działalnością świetlicy. </w:t>
      </w:r>
    </w:p>
    <w:p w:rsidR="008026DF" w:rsidRPr="00954552" w:rsidRDefault="008026DF" w:rsidP="00CD7DDF">
      <w:pPr>
        <w:spacing w:after="0"/>
        <w:rPr>
          <w:lang w:val="pl-PL"/>
        </w:rPr>
      </w:pPr>
    </w:p>
    <w:p w:rsidR="008026DF" w:rsidRPr="00954552" w:rsidRDefault="008026DF" w:rsidP="00CD7DDF">
      <w:pPr>
        <w:spacing w:after="0"/>
        <w:rPr>
          <w:lang w:val="pl-PL"/>
        </w:rPr>
      </w:pPr>
    </w:p>
    <w:p w:rsidR="008C7F65" w:rsidRPr="00954552" w:rsidRDefault="00CD7DDF" w:rsidP="00CD7DDF">
      <w:pPr>
        <w:spacing w:after="0"/>
        <w:rPr>
          <w:vertAlign w:val="subscript"/>
          <w:lang w:val="pl-PL"/>
        </w:rPr>
      </w:pPr>
      <w:r w:rsidRPr="00954552">
        <w:rPr>
          <w:vertAlign w:val="subscript"/>
          <w:lang w:val="pl-PL"/>
        </w:rPr>
        <w:t>……………………………………</w:t>
      </w:r>
      <w:r w:rsidR="008C7F65" w:rsidRPr="00954552">
        <w:rPr>
          <w:vertAlign w:val="subscript"/>
          <w:lang w:val="pl-PL"/>
        </w:rPr>
        <w:t>…………………………………………………………….</w:t>
      </w:r>
      <w:r w:rsidRPr="00954552">
        <w:rPr>
          <w:vertAlign w:val="subscript"/>
          <w:lang w:val="pl-PL"/>
        </w:rPr>
        <w:t xml:space="preserve">….. </w:t>
      </w:r>
      <w:r w:rsidR="008C7F65" w:rsidRPr="00954552">
        <w:rPr>
          <w:vertAlign w:val="subscript"/>
          <w:lang w:val="pl-PL"/>
        </w:rPr>
        <w:t xml:space="preserve">                                                                              </w:t>
      </w:r>
      <w:r w:rsidRPr="00954552">
        <w:rPr>
          <w:vertAlign w:val="subscript"/>
          <w:lang w:val="pl-PL"/>
        </w:rPr>
        <w:t>…………………………</w:t>
      </w:r>
      <w:r w:rsidR="008C7F65" w:rsidRPr="00954552">
        <w:rPr>
          <w:vertAlign w:val="subscript"/>
          <w:lang w:val="pl-PL"/>
        </w:rPr>
        <w:t>………………………………………………………………….</w:t>
      </w:r>
      <w:r w:rsidRPr="00954552">
        <w:rPr>
          <w:vertAlign w:val="subscript"/>
          <w:lang w:val="pl-PL"/>
        </w:rPr>
        <w:t xml:space="preserve">…………… </w:t>
      </w:r>
    </w:p>
    <w:p w:rsidR="008C7F65" w:rsidRPr="00954552" w:rsidRDefault="008C7F65" w:rsidP="00CD7DDF">
      <w:pPr>
        <w:spacing w:after="0"/>
        <w:rPr>
          <w:lang w:val="pl-PL"/>
        </w:rPr>
      </w:pPr>
      <w:r w:rsidRPr="00954552">
        <w:rPr>
          <w:vertAlign w:val="superscript"/>
          <w:lang w:val="pl-PL"/>
        </w:rPr>
        <w:t xml:space="preserve">                </w:t>
      </w:r>
      <w:r w:rsidR="00CD7DDF" w:rsidRPr="00954552">
        <w:rPr>
          <w:vertAlign w:val="superscript"/>
          <w:lang w:val="pl-PL"/>
        </w:rPr>
        <w:t xml:space="preserve">data i podpis matki/opiekuna prawnego </w:t>
      </w:r>
      <w:r w:rsidRPr="00954552">
        <w:rPr>
          <w:vertAlign w:val="superscript"/>
          <w:lang w:val="pl-PL"/>
        </w:rPr>
        <w:t xml:space="preserve">                                                                                                                                            </w:t>
      </w:r>
      <w:r w:rsidR="00CD7DDF" w:rsidRPr="00954552">
        <w:rPr>
          <w:vertAlign w:val="superscript"/>
          <w:lang w:val="pl-PL"/>
        </w:rPr>
        <w:t>data i podpis ojca/opiekuna prawnego</w:t>
      </w:r>
      <w:r w:rsidR="00CD7DDF" w:rsidRPr="00954552">
        <w:rPr>
          <w:lang w:val="pl-PL"/>
        </w:rPr>
        <w:t xml:space="preserve"> </w:t>
      </w:r>
    </w:p>
    <w:p w:rsidR="008026DF" w:rsidRPr="00954552" w:rsidRDefault="008026DF" w:rsidP="00CD7DDF">
      <w:pPr>
        <w:spacing w:after="0"/>
        <w:rPr>
          <w:lang w:val="pl-PL"/>
        </w:rPr>
      </w:pPr>
    </w:p>
    <w:p w:rsidR="008026DF" w:rsidRPr="00954552" w:rsidRDefault="00CD7DDF" w:rsidP="00CD7DDF">
      <w:pPr>
        <w:spacing w:after="0"/>
        <w:rPr>
          <w:lang w:val="pl-PL"/>
        </w:rPr>
      </w:pPr>
      <w:r w:rsidRPr="00954552">
        <w:rPr>
          <w:lang w:val="pl-PL"/>
        </w:rPr>
        <w:t>Zapoznałam/</w:t>
      </w:r>
      <w:proofErr w:type="spellStart"/>
      <w:r w:rsidRPr="00954552">
        <w:rPr>
          <w:lang w:val="pl-PL"/>
        </w:rPr>
        <w:t>łem</w:t>
      </w:r>
      <w:proofErr w:type="spellEnd"/>
      <w:r w:rsidRPr="00954552">
        <w:rPr>
          <w:lang w:val="pl-PL"/>
        </w:rPr>
        <w:t xml:space="preserve"> się z Regulaminem pracy świetlicy. Zobowiązuję się do przestrzegania regulaminu świetlicy oraz do ścisłej współpracy z personelem szkoły, w celu zapewnienia naszemu dziecku najlepszych warunków pobytu w świetlicy szkolnej. </w:t>
      </w:r>
    </w:p>
    <w:p w:rsidR="008026DF" w:rsidRPr="00954552" w:rsidRDefault="00CD7DDF" w:rsidP="008026DF">
      <w:pPr>
        <w:spacing w:after="0"/>
        <w:rPr>
          <w:lang w:val="pl-PL"/>
        </w:rPr>
      </w:pPr>
      <w:r w:rsidRPr="00954552">
        <w:rPr>
          <w:lang w:val="pl-PL"/>
        </w:rPr>
        <w:t xml:space="preserve">Jednorazowe upoważnienie do odbioru dziecka przez inne osoby, niewymienione wyżej należy przekazać w formie pisemnej do wychowawcy świetlicy (należy podać imię i nazwisko oraz nr dowodu osobistego osoby odbierającej). Zgodnie z art.6 ust.1 lit. a ogólnego rozporządzenia o ochronie danych osobowych z dnia 27 kwietnia 2016 r. Dz. Urz. UE L 119 z 04.05.2016) wyrażam zgodę na przetwarzanie moich danych osobowych dla potrzeb realizacji zadań świetlicy szkolnej. </w:t>
      </w:r>
      <w:r w:rsidR="003110B6" w:rsidRPr="00954552">
        <w:rPr>
          <w:lang w:val="pl-PL"/>
        </w:rPr>
        <w:br/>
      </w:r>
    </w:p>
    <w:p w:rsidR="008026DF" w:rsidRPr="00954552" w:rsidRDefault="003110B6" w:rsidP="008026DF">
      <w:pPr>
        <w:spacing w:after="0"/>
        <w:rPr>
          <w:vertAlign w:val="subscript"/>
          <w:lang w:val="pl-PL"/>
        </w:rPr>
      </w:pPr>
      <w:r w:rsidRPr="00954552">
        <w:rPr>
          <w:lang w:val="pl-PL"/>
        </w:rPr>
        <w:br/>
      </w:r>
      <w:r w:rsidR="008026DF" w:rsidRPr="00954552">
        <w:rPr>
          <w:vertAlign w:val="subscript"/>
          <w:lang w:val="pl-PL"/>
        </w:rPr>
        <w:t xml:space="preserve">………………………………………………………………………………………………….…..                                                                               …………………………………………………………………………………………….…………… </w:t>
      </w:r>
    </w:p>
    <w:p w:rsidR="008026DF" w:rsidRPr="00954552" w:rsidRDefault="008026DF" w:rsidP="008026DF">
      <w:pPr>
        <w:spacing w:after="0"/>
        <w:rPr>
          <w:lang w:val="pl-PL"/>
        </w:rPr>
      </w:pPr>
      <w:r w:rsidRPr="00954552">
        <w:rPr>
          <w:vertAlign w:val="superscript"/>
          <w:lang w:val="pl-PL"/>
        </w:rPr>
        <w:t xml:space="preserve">                data i podpis matki/opiekuna prawnego                                                                                                                                             data i podpis ojca/opiekuna prawnego</w:t>
      </w:r>
      <w:r w:rsidRPr="00954552">
        <w:rPr>
          <w:lang w:val="pl-PL"/>
        </w:rPr>
        <w:t xml:space="preserve"> </w:t>
      </w:r>
    </w:p>
    <w:p w:rsidR="006846DE" w:rsidRPr="00954552" w:rsidRDefault="006846DE" w:rsidP="008026DF">
      <w:pPr>
        <w:spacing w:after="0"/>
      </w:pPr>
    </w:p>
    <w:sectPr w:rsidR="006846DE" w:rsidRPr="00954552" w:rsidSect="00CF111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110B6"/>
    <w:rsid w:val="00326F90"/>
    <w:rsid w:val="004D28BD"/>
    <w:rsid w:val="005052BE"/>
    <w:rsid w:val="00642AB3"/>
    <w:rsid w:val="006846DE"/>
    <w:rsid w:val="006F6E37"/>
    <w:rsid w:val="008026DF"/>
    <w:rsid w:val="008C7F65"/>
    <w:rsid w:val="009402AE"/>
    <w:rsid w:val="00954552"/>
    <w:rsid w:val="00AA1D8D"/>
    <w:rsid w:val="00B47730"/>
    <w:rsid w:val="00BA7476"/>
    <w:rsid w:val="00C263E1"/>
    <w:rsid w:val="00CB0664"/>
    <w:rsid w:val="00CB35AB"/>
    <w:rsid w:val="00CD7DDF"/>
    <w:rsid w:val="00CF1112"/>
    <w:rsid w:val="00DF3A99"/>
    <w:rsid w:val="00E51CE0"/>
    <w:rsid w:val="00FA3059"/>
    <w:rsid w:val="00FC693F"/>
    <w:rsid w:val="00FD16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6D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Jasnecieniowanie1">
    <w:name w:val="Jasne cieniowanie1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Jasnalista1">
    <w:name w:val="Jasna lista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Jasnalistaakcent11">
    <w:name w:val="Jasna lista — akcent 1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Jasnasiatka1">
    <w:name w:val="Jasna siatka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Jasnasiatkaakcent11">
    <w:name w:val="Jasna siatka — akcent 1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redniecieniowanie11">
    <w:name w:val="Średnie cieniowanie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1akcent11">
    <w:name w:val="Średnie cieniowanie 1 — akcent 1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redniecieniowanie21">
    <w:name w:val="Średnie cieniowanie 2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ecieniowanie2akcent11">
    <w:name w:val="Średnie cieniowanie 2 — akcent 1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rednialista11">
    <w:name w:val="Średnia lista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rednialista1akcent11">
    <w:name w:val="Średnia lista 1 — akcent 1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rednialista21">
    <w:name w:val="Średnia lista 2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redniasiatka11">
    <w:name w:val="Średnia siatka 1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redniasiatka21">
    <w:name w:val="Średnia siatka 2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redniasiatka31">
    <w:name w:val="Średnia siatka 3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Ciemnalista1">
    <w:name w:val="Ciemna lista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Kolorowecieniowanie1">
    <w:name w:val="Kolorowe cieniowanie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Kolorowalista1">
    <w:name w:val="Kolorowa lista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Kolorowasiatka1">
    <w:name w:val="Kolorowa siatka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1268</Words>
  <Characters>7609</Characters>
  <Application>Microsoft Office Word</Application>
  <DocSecurity>0</DocSecurity>
  <Lines>63</Lines>
  <Paragraphs>17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8860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zdalny05</cp:lastModifiedBy>
  <cp:revision>7</cp:revision>
  <cp:lastPrinted>2025-08-31T18:38:00Z</cp:lastPrinted>
  <dcterms:created xsi:type="dcterms:W3CDTF">2013-12-23T23:15:00Z</dcterms:created>
  <dcterms:modified xsi:type="dcterms:W3CDTF">2025-09-01T05:37:00Z</dcterms:modified>
  <cp:category/>
</cp:coreProperties>
</file>